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המידות – עברית, English, Русский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לפחות 15 מידות ואת המשמעות הפשוטה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מידה בעברית לתרגום באנגלית וברוסית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במידות דרך דוגמאות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מידה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(לומר 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(לחכות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להתגאות)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(לעזור בלב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מרובה: תרגום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respect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humility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🦉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במילון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וותרנות היא לדעת לוותר לפעמים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בהסבר הפשוט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יצירתיות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הראיתי סבלנות כשחיכיתי בתור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מידה מהרשימה וכותב משפט הגיוני המסביר את חשיבותה, בקשר להסבר שבמילון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מידה מהרשימה עם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חסד=לעזור, הכרת הטוב=להגיד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מחיי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בכרטיסיות עם האימוג׳י כדי לתרגל זיהוי מהיר של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ההסברים הפשוטים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את הגרסה הרוסית כאתגר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המידות – עברית, English, Русский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במילון המידות יש 35 מידות עם אימוג׳י, הסבר פשוט ותרגום לאנגלית ולרוסית. דף זה עוזר להכיר את המידות לפני שמשתמשים בהן, למשל במכירה הפומבית.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אמינות  ·  יצירתיות  ·  אומץ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התאמה: מידה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לעזור בלב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לומר 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לחכות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להתגאות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מרובה: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התרגום לאנגלית של המילה 'כבוד'?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respect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courage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patience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התרגום לאנגלית של 'ענווה'?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joy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humility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kindness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האימוג׳י שמייצג את 'חוכמה' במילון?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🦉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'חריצות' פירושה לעבוד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'וותרנות' פירושה לא לוותר אף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'ביטחון עצמי' קשור להאמין בעצמי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פירושה לא לפחד לעשות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פירושה לעמוד בהבטחה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פירושה לחשוב רעיון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מידה אחת מהמילון וכתבו מתי השתמשתם בה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בונים כרטיס למכירה הפומבית - בחרו מידה וכתבו משפט קצר שמסביר 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מידה אחת ואת התרגום שלה לאנגלית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'חסד' ל'הכרת הטוב'?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המידות – עברית, English, Русский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