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לפחות 15 מידות ואת המשמעות הפשוטה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מידה בעברית לתרגום באנגלית וברוסית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במידות דרך דוגמאות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מידה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(לומר 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(לא להתגאות)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(לעזור בלב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(לשמוע עד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(לא לוותר)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תרגום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respect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humility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честность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🦉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להיות צודק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במילון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וותרנות היא לדעת לוותר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בהסבר הפשוט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סקרנות היא לשאול שאלות, לא לדבר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נאמנות היא להיות חבר טוב, לא 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גמישות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הראיתי סבלנות כשחיכיתי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ענווה היא לא להתגאות, ביטחון עצמי הוא להאמין ביכולת שלי - אפשר שניהם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מידה מהרשימה וכותב משפט הגיוני המסביר את חשיבותה, בקשר להסבר שבמילון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מידה מהרשימה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חסד=לעזור, הכרת הטוב=להגיד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האימוג׳י כדי לתרגל זיהוי מהיר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ההסברים הפשוטים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את הגרסה הרוסית כאתגר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מילון עם 35 מידות טובות. לכל מידה יש אימוג׳י, הסבר קצר, ותרגום לאנגלית ולרוסית. נתרגל להכיר את המידות.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שיש באדם, כמו סבלנות או 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תמיד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להתגאות, להיות צנוע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את מה שהבטחתי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לאחרים בלב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תודה על מה שיש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צודק כלפי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מידה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לחכות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לשמוע עד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לעזור בלב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להתגאות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מרובה: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באנגלית של 'כבוד'?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respect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courage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patience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hope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'ענווה'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joy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humility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kindness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loyalty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'יושר' ברוסית?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вера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честность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терпение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доброта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'perseverance'?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אימוג׳י מתאים ל'חוכמה'?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🦉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🌿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'הגינות'?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צודק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לצחוק בלי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לסדר ולתכנן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'חריצות' פירושה לעבוד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'וותרנות' פירושה לא לוותר אף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'ביטחון עצמי' קשור להאמין בעצמי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'סקרנות' פירושה לדבר יפה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'שליטה עצמית' פירושה לעצור ולנשום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'נאמנות' קשורה לתכנון וסדר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פירושה לא לפחד לעשות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פירושה לעמוד בהבטחה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פירושה לחשוב רעיון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פירושה לסלוח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פירושה להסתדר עם 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פירושה לעבוד ביחד עם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מהמילון וכתבו מתי השתמשתם בה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בעברית פשוטה מה ההבדל בין 'ענווה' ל'ביטחון עצמי'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כרטיס למכירה הפומבית - בחרו מידה וכתבו משפט קצר שמסביר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מידה אחת ואת התרגום שלה לאנגלית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'חסד' ל'הכרת הטוב'?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אישית למידה אחת מהמילון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המידות – עברית, English, Русский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